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Tento nový zubný prášok bieli zuby bez poškodenia</w:t>
      </w:r>
    </w:p>
    <w:p>
      <w:r>
        <w:t>Zdroj: ScienceDaily Health</w:t>
      </w:r>
    </w:p>
    <w:p>
      <w:r>
        <w:t>Publikované: Mon, 23 Mar 2026 20:24:30 EDT</w:t>
      </w:r>
    </w:p>
    <w:p/>
    <w:p>
      <w:pPr>
        <w:pStyle w:val="Heading1"/>
      </w:pPr>
      <w:r>
        <w:t>Súhrn</w:t>
      </w:r>
    </w:p>
    <w:p>
      <w:r>
        <w:t>Vedci vyvinuli nový zubný prášok na bielenie zubov, ktorý funguje s vibráciami elektrickej zubnej kefky. Prášok bezpečne odstraňuje škvrny bez poškodenia zubov. Na rozdiel od tradičných bielidiel nielen rozjasňuje zuby, ale aj opravuje sklovinu. Podporuje tiež zdravé ústne baktérie. Laboratórne testy preukázali dramatické bieliace účinky. Štúdie na zvieratách odhalili zníženie škodlivých mikróbov a zápalov. Tento vývoj by mohol viesť k novej generácii domácej zubnej starostlivosti.</w:t>
      </w:r>
    </w:p>
    <w:p/>
    <w:p>
      <w:pPr>
        <w:jc w:val="center"/>
      </w:pPr>
      <w:r>
        <w:t>Vygenerované: 24.03.2026 02:00:31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