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Zásady transfúzie Jehovových svedkov teraz umožňujú skladovanie a používanie vlastnej krvi</w:t>
      </w:r>
    </w:p>
    <w:p>
      <w:r>
        <w:t>Zdroj: MedPage Today</w:t>
      </w:r>
    </w:p>
    <w:p>
      <w:r>
        <w:t>Publikované: Sun, 22 Mar 2026 10:00:00 -0400</w:t>
      </w:r>
    </w:p>
    <w:p/>
    <w:p>
      <w:pPr>
        <w:pStyle w:val="Heading1"/>
      </w:pPr>
      <w:r>
        <w:t>Súhrn</w:t>
      </w:r>
    </w:p>
    <w:p>
      <w:r>
        <w:t>Vedúci predstavitelia Jehovových svedkov upravujú svoj zákaz prijímať krvné transfúzie z náboženských dôvodov. Teraz umožňujú členom rozhodnúť, či povolia odber a skladovanie vlastnej krvi vopred na budúce použitie. Podľa oficiálneho stanoviska Jehovových svedkov je predoperačný autológny odber krvi neprijateľný, ale autotransfúzne techniky ako hemodilúcia, zber krvi, mimotelový obeh a hemodialýza sú záležitosťou osobného rozhodnutia[2]. Jehovovi svedkovia odmietajú transfúziu alogénnej krvi vrátane celej krvi, červených krviniek, bielych krviniek, krvných doštičiek a plazmy na základe biblických pasáží[3]. Prijímajú väčšinu lekárskych postupov vrátane chirurgických metód a alternatív k transfúzii[4]. Transplantácia kostnej drene a kmeňových buniek z vlastnej krvi je vecou osobného rozhodnutia, ak nie sú spojené so zberom a reinfúziou krvných zložiek[2]. Pre mnohých sú prijateľné techniky manažmentu autológnej krvi ako zber krvi a hemodilúcia[2].</w:t>
      </w:r>
    </w:p>
    <w:p/>
    <w:p>
      <w:pPr>
        <w:jc w:val="center"/>
      </w:pPr>
      <w:r>
        <w:t>Vygenerované: 22.03.2026 16:00:32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