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prekvapivý mozgový spúšťač vysokého krvného tlaku</w:t>
      </w:r>
    </w:p>
    <w:p>
      <w:r>
        <w:t>Zdroj: ScienceDaily Health</w:t>
      </w:r>
    </w:p>
    <w:p>
      <w:r>
        <w:t>Publikované: Sun, 22 Mar 2026 23:30:22 EDT</w:t>
      </w:r>
    </w:p>
    <w:p/>
    <w:p>
      <w:pPr>
        <w:pStyle w:val="Heading1"/>
      </w:pPr>
      <w:r>
        <w:t>Súhrn</w:t>
      </w:r>
    </w:p>
    <w:p>
      <w:r>
        <w:t>Vedci objavili prekvapivý mozgový spúšťač vysokého krvného tlaku v malej oblasti mozgového kmeňa, ktorá normálne kontroluje dýchanie. Táto oblasť sa aktivuje počas silných výdychov, ako je kašeľ, smiech alebo cvičenie. Pri aktivácii naštartuje nervy, ktoré sťahujú krvné cievy a tým zvyšujú krvný tlak. V experimentoch výskumníci vypnuli túto oblasť a krvný tlak klesol späť do normálu. To naznačuje, že táto oblasť hrá priamu úlohu pri hypertenzii. Objav môže viesť k novým spôsobom liečby vysokého krvného tlaku.</w:t>
      </w:r>
    </w:p>
    <w:p/>
    <w:p>
      <w:pPr>
        <w:jc w:val="center"/>
      </w:pPr>
      <w:r>
        <w:t>Vygenerované: 23.03.2026 05:00:28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