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 kvízu: Koho syn nedostane antibiotiká, pokiaľ nebude na „smrteľnej posteli“?</w:t>
      </w:r>
    </w:p>
    <w:p>
      <w:r>
        <w:t>Zdroj: MedPage Today</w:t>
      </w:r>
    </w:p>
    <w:p>
      <w:r>
        <w:t>Publikované: Sat, 21 Mar 2026 17:00:00 -0400</w:t>
      </w:r>
    </w:p>
    <w:p/>
    <w:p>
      <w:pPr>
        <w:pStyle w:val="Heading1"/>
      </w:pPr>
      <w:r>
        <w:t>Súhrn</w:t>
      </w:r>
    </w:p>
    <w:p>
      <w:r>
        <w:t>Článok je kvíz zverejnený na MedPage Today s názvom „Čas kvízu: Koho syn nedostane antibiotiká, pokiaľ nebude na „smrteľnej posteli“?“. Ide o týždenný kvíz určený pre absolventov lekárskeho školenia na overenie znalostí. Kvíz kladie otázku, koho syn by nedostal antibiotiká, iba ak by bol na smrteľnej posteli. Žiadne ďalšie detaily o odpovedi, štatistikách alebo hlavných zisteniach nie sú v poskytnutom obsahu uvedené.</w:t>
      </w:r>
    </w:p>
    <w:p/>
    <w:p>
      <w:pPr>
        <w:jc w:val="center"/>
      </w:pPr>
      <w:r>
        <w:t>Vygenerované: 21.03.2026 23:02:06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