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Ak chcete obmedziť nadmerné predpisovanie antibiotík, vezmite si stránku z opioidnej epidémie</w:t>
      </w:r>
    </w:p>
    <w:p>
      <w:r>
        <w:t>Zdroj: MedPage Today</w:t>
      </w:r>
    </w:p>
    <w:p>
      <w:r>
        <w:t>Publikované: Sat, 21 Mar 2026 12:00:00 -0400</w:t>
      </w:r>
    </w:p>
    <w:p/>
    <w:p>
      <w:pPr>
        <w:pStyle w:val="Heading1"/>
      </w:pPr>
      <w:r>
        <w:t>Súhrn</w:t>
      </w:r>
    </w:p>
    <w:p>
      <w:r>
        <w:t>V roku 2012 bolo v USA napísaných približne 255 miliónov receptov na opiáty. Lekári si v tom čase mysleli, že tieto lieky sú bezpečné a účinné. V skutočnosti opioidy poslali mnohých pacientov do špirály závislosti. Článok navrhuje použiť podobný prístup na obmedzenie nadmerného predpisovania antibiotík ako pri opioidovej epidémii. Porovnáva situáciu, kde lekári podceňovali riziká oboch skupín liekov. Cieľom je použiť lekcie z opioidovej krízy na zlepšenie predpisovacej praxe antibiotík.</w:t>
      </w:r>
    </w:p>
    <w:p/>
    <w:p>
      <w:pPr>
        <w:jc w:val="center"/>
      </w:pPr>
      <w:r>
        <w:t>Vygenerované: 21.03.2026 18:00:30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