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tabletka znižuje „zlý“ cholesterol o 60 % vo veľkom teste</w:t>
      </w:r>
    </w:p>
    <w:p>
      <w:r>
        <w:t>Zdroj: ScienceDaily Health</w:t>
      </w:r>
    </w:p>
    <w:p>
      <w:r>
        <w:t>Publikované: Sat, 21 Mar 2026 08:04:04 EDT</w:t>
      </w:r>
    </w:p>
    <w:p/>
    <w:p>
      <w:pPr>
        <w:pStyle w:val="Heading1"/>
      </w:pPr>
      <w:r>
        <w:t>Súhrn</w:t>
      </w:r>
    </w:p>
    <w:p>
      <w:r>
        <w:t>Nová experimentálna pilulka enlicitid výrazne znížila hladinu LDL („zlého“) cholesterolu o približne 60 % vo veľkej klinickej štúdii.[1][2][3] Štúdia zahŕňala viac ako 2 900 pacientov s vysokým rizikom infarktu alebo aterosklerózou, ktorí užívali statíny; dve tretiny dostávali enlicitid a zvyšok placebo.[1][2] Po 24 týždňoch (6 mesiacoch) klesla hladina LDL v skupine s enlicitidom o 60 % oproti placebu a efekt pretrval počas ročného sledovania.[1][2][3] Liek je perorálny PCSK9 inhibítor, ktorý dosahuje účinok porovnateľný s injekčnými terapiami.[1][3] Až 70 % pacientov na statínoch nedosahuje cieľové hodnoty cholesterolu.[3] Enlicitid vyvinula spoločnosť Merck (MSD) a FDA mu udelila prioritný voucher na urýchlené schválenie.[1][2] Zatiaľ nie je preukázaná spojitosť s nižším počtom infarktov či úmrtí.[1]</w:t>
      </w:r>
    </w:p>
    <w:p/>
    <w:p>
      <w:pPr>
        <w:jc w:val="center"/>
      </w:pPr>
      <w:r>
        <w:t>Vygenerované: 21.03.2026 14:00:32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