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[Články] Prevencia močových kameňov s hydratáciou: randomizovaná klinická štúdia intervencie adherencie</w:t>
      </w:r>
    </w:p>
    <w:p>
      <w:r>
        <w:t>Zdroj: The Lancet</w:t>
      </w:r>
    </w:p>
    <w:p>
      <w:r>
        <w:t>Publikované: 2026-03-21</w:t>
      </w:r>
    </w:p>
    <w:p/>
    <w:p>
      <w:pPr>
        <w:pStyle w:val="Heading1"/>
      </w:pPr>
      <w:r>
        <w:t>Súhrn</w:t>
      </w:r>
    </w:p>
    <w:p>
      <w:r>
        <w:t>Štúdia s názvom „Prevencia močových kameňov s hydratáciou: randomizovaná klinická štúdia intervencie adherencie“ skúmala behaviorálny intervenčný program na podporu príjmu tekutín. Program bol zameraný na sekundárnu prevenciu močových kameňov. Počas 2-ročného obdobia sledovania nedošlo k zníženiu recidivujúcich prípadov kameňov v porovnaní so štandardnou starostlivosťou založenou na usmerneniach. Intervenčný program však mierne zvýšil objem moču u pacientov. Štúdia bola randomizovaná klinická. Hlavným zistením je neúspešnosť v prevencii recidív, napriek pozitívnemu vplyvu na hydratáciu.</w:t>
      </w:r>
    </w:p>
    <w:p/>
    <w:p>
      <w:pPr>
        <w:jc w:val="center"/>
      </w:pPr>
      <w:r>
        <w:t>Vygenerované: 20.03.2026 01:04:19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