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PD-L1, intenzita liečby a výsledky pri skvamóznom NSCLC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Autori korespondencie komentujú výsledky štúdie HARMONi-6 od Zhiwei Chena a kolegov, ktorá ukázala zlepšenie prežívania bez progresie u pacientov s pokročilým skvamóznym nemalobunkovým karcinómom pľúc (NSCLC) pri liečbe ivonescimabom plus chemoterapiou v porovnaní s tislelizumabom plus chemoterapiou. Výsledky podskupiny podľa PD-L1 tumor proporčného skóre (TPS) odhaľujú významný stratifikačný signál. U pacientov s PD-L1 TPS pod 50 % dosiahla duálna blokáda výrazný prínos s pomerom rizika (HR) 0,63 (95 % CI 0,41–0,98). U pacientov s PD-L1 TPS 50 % alebo viac bolo zlepšenie číselné, ale nevýznamné (HR 0,371; 10). Štúdia HARMONi-6 porovnávala ivonescimab plus chemoterapiu s tislelizumabom plus chemoterapiou ako liečbu prvej línie. Celkovo ivonescimab plus chemoterapia významne zlepšila prežívanie bez progresie bez ohľadu na PD-L1 status.</w:t>
      </w:r>
    </w:p>
    <w:p/>
    <w:p>
      <w:pPr>
        <w:jc w:val="center"/>
      </w:pPr>
      <w:r>
        <w:t>Vygenerované: 20.03.2026 01:03:28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