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O vypočítateľnosti biologických strojov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Anglický filozof a teológ William Paley vo svojej knihe Natural Theology z roku 1802 tvrdil, že zložitosť organizmu, podobne ako hodinky, predpokladá ručnú prácu dizajnéra. Jeho úvahy vychádzali z intuície, že zložitá organizácia nemôže vzniknúť z kompaktných generatívnych princípov. Článok je označený ako korešpondencia s názvom [Korešpondencia] O vypočítateľnosti biologických strojov. Paley použil analogiu hodinára na podporu teleologického argumentu pre existenciu Boha. Zdroj odkazuje na publikáciu z roku 1802 s číslom 1.</w:t>
      </w:r>
    </w:p>
    <w:p/>
    <w:p>
      <w:pPr>
        <w:jc w:val="center"/>
      </w:pPr>
      <w:r>
        <w:t>Vygenerované: 20.03.2026 01:03:11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