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[Korešpondencia] Mlčanie o genocíde na Svetovej konferencii o bioetike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vyhľadávacích výsledkoch sa nenachádza článok s názvom "[Correspondence] Silence on genocide at the World Conference on Bioethics". Vyhľadávacích výsledky obsahujú informácie o 17. Svetovej konferencii bioetiky, medicínskej etiky a prava v zdravstve, ktorá sa konala 24.–26. novembra 2025 v Ľubľane, ale nie sú v nich údaje o obsahu špecifického článku o mlčaní o genocíde, ktorý ste požiadali zhrnúť. Aby som mohol vytvoriť presný a faktický súhrn podľa vašich požiadaviek, potrebujem prístup k úplnému textu tohto článku.</w:t>
      </w:r>
    </w:p>
    <w:p/>
    <w:p>
      <w:pPr>
        <w:jc w:val="center"/>
      </w:pPr>
      <w:r>
        <w:t>Vygenerované: 20.03.2026 01:03:03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