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Ochrana pred rizikami horúčky dengue v prepojenom svete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Horúčka dengue sa stala hlavnou hrozbou pre zdravie planéty, pretože neexistuje účinná liečba ani široko dostupná profylaxia.[1] Jej šírenie je zhoršované klimatickými zmenami, urbanizáciou a pohybmi obyvateľstva.[1] Hoci eliminácia malárie bola hlásená v 14 krajinách, znižovanie rizika pre ľudské zdravie v súvislosti s chorobami prenášanými vektormi zostáva vážnym problémom.[1] Ochorenie prenáša komár Aedes aegypti a v menšej miere Aedes albopictus.[5] Celosvetový výskyt horúčky dengue dramaticky vzrástol, pričom v súčasnosti je ohrozená približne polovica svetovej populácie.[5] Odhaduje sa, že každý rok sa vyskytne 100 až 400 miliónov infekcií, pričom viac ako 80 percent je vo všeobecnosti miernych a asymptomatických.[5] Hlavnými stratégiami na riešenie zdravotných rizík prenášaných komármi sú dohľad nad vektormi, chemický postrek a biomedicínsky modifikované experimenty s vektormi.[1]</w:t>
      </w:r>
    </w:p>
    <w:p/>
    <w:p>
      <w:pPr>
        <w:jc w:val="center"/>
      </w:pPr>
      <w:r>
        <w:t>Vygenerované: 20.03.2026 01:02:54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