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Potreba lokálne vyrábaných zdravotníckych komodít v Afrike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Komisia Lancet pre diagnostiku z roku 2021 uviedla, že takmer polovica svetovej populácie má obmedzený prístup k základným diagnostickým službám. V Afrike sa menej ako 5 % diagnostiky a menej ako 1 % vakcín vyrába lokálne. Silné spoliehanie sa na externé dodávky predstavuje strategickú zraniteľnosť. Táto zraniteľnosť sa zväčšuje počas pandémie v dôsledku zintenzívnenej celosvetovej konkurencie o lekárske protiopatrenia. Miestna výroba vyžaduje viac ako len technickú kapacitu. Vyžaduje si politiky, ktoré formujú trhy, znižujú riziko pre začínajúcich podnikateľov a odmeňujú miestnu výrobu so zaručenou kvalitou.</w:t>
      </w:r>
    </w:p>
    <w:p/>
    <w:p>
      <w:pPr>
        <w:jc w:val="center"/>
      </w:pPr>
      <w:r>
        <w:t>Vygenerované: 20.03.2026 01:02:43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