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Claire Calderwood: integrovaný zdravotný skríning na tuberkulózu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Claire Calderwood je lekárka a výskumná pracovníčka na Londýnskej škole hygieny a tropickej medicíny a v Zimbabwskom zdravotníckom výskumnom jednotke, ktorá sa zaoberá multimorbidnosťou a osobne orientovaným skríningom tuberkulózy v domácnostiach postihnutých tuberkulózou v východnej a južnej Afrike[4]. Jej výskum sa zameriava na to, že tradičné prístupy k skríningу tuberkulózy neberú do úvahy už existujúce zdravotné riziká v postihnutých domácnostiach[4]. Calderwood navrhuje prekonceptualizovať skríning tuberkulózy ako príležitosť na poskytnutie balíka služieb prispôsobených potrebám domácností postihnutých tuberkulózou, ktorý by riešil viaceré zdravotné a sociálne problémy[6]. Globálny konsenzus odborníkov na tuberkulózu, dosiahnutý v modifikovanom Delphi procese s 324 účastníkmi zo 68 krajín, potvrdzuje vysokú hodnotu integrácie zdravotných služieb[2]. Takmer všetci panelisti (&gt;99 %) súhlasili s tým, že ľudia s tuberkulózou by mali byť rutinne skríningovaní na iné relevantné ochorenia, avšak len 69 % považovalo to za vhodné aj u domácich kontaktov[2]. Tento prístup orientovaný na osobu a práva by mohol podporiť pokrok smerom k univerzálnemu zdravotnému krytiu a prospieť komunitám a zdravotným systémom[6].</w:t>
      </w:r>
    </w:p>
    <w:p/>
    <w:p>
      <w:pPr>
        <w:jc w:val="center"/>
      </w:pPr>
      <w:r>
        <w:t>Vygenerované: 20.03.2026 01:01:49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