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Chirurgický prístup je dôležitý pre dlhodobé výsledky rakoviny pľúc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Lekárska komunita viac ako desaťročie skúma onkologický efekt perioperačného manažmentu pri operáciách rakoviny pľúc. Predklinické štúdie ukazujú, že výber liekov používaných počas alebo po operácii a stupeň invazívnosti operácie môžu zvýšiť riziko recidívy nádoru. Žiadne klinické štúdie však nepodarilo preniesť tieto výsledky do klinickej praxe. V manažmente rakoviny pľúc došlo k veľkému pokroku, najmä vývojom minimálne invazívnych chirurgických techník ako video-asistované, robotické, uniportálne a monoportálne prístupy. Tieto pokroky zahŕňajú aj rozšírené programy pooperačnej rehabilitácie a multimodálnu liečbu vrátane neoadjuvantnej imunoterapie. Chirurgický prístup ovplyvňuje dlhodobé výsledky pri rakovine pľúc.</w:t>
      </w:r>
    </w:p>
    <w:p/>
    <w:p>
      <w:pPr>
        <w:jc w:val="center"/>
      </w:pPr>
      <w:r>
        <w:t>Vygenerované: 20.03.2026 01:01:06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