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Štúdia varuje pred vysokorizikovou skupinou po skríningu rakoviny hrubého čreva na základe stolice</w:t>
      </w:r>
    </w:p>
    <w:p>
      <w:r>
        <w:t>Zdroj: MedPage Today</w:t>
      </w:r>
    </w:p>
    <w:p>
      <w:r>
        <w:t>Publikované: Fri, 20 Mar 2026 16:38:57 -0400</w:t>
      </w:r>
    </w:p>
    <w:p/>
    <w:p>
      <w:pPr>
        <w:pStyle w:val="Heading1"/>
      </w:pPr>
      <w:r>
        <w:t>Súhrn</w:t>
      </w:r>
    </w:p>
    <w:p>
      <w:r>
        <w:t>Švédska kohortová štúdia upozorňuje na zvýšené riziko kolorektálneho karcinómu u pacientov s pozitívnym testom na okultné krvácanie vo výkaloch (FOBT), ktorí nepodstúpili následnú kolonoskopiu. U tejto skupiny sa výskyt kolorektálneho karcinómu štvornásobne zvýšil v porovnaní s pacientmi, ktorí kolonoskopiu absolvovali. Štúdia zdôrazňuje dôležitosť dodržiavania odporúčaného skríningového postupu, kde pozitívny FOBT test musí byť vždy nasledovaný detailným kolonoskopickým vyšetrením. Kolonoskopia umožňuje lekárovi identifikovať príčinu krvácania a odstrániť potenciálne predrakovinové polypy. Výsledky poukazujú na potrebu zlepšenia adherencie pacientov k ďalšiemu vyšetreniu po pozitívnom teste na skryté krvácanie. Štúdia naznačuje, že cielené intervencie by mohli pomôcť znížiť riziko rakoviny u vysokorizikových skupín, ktoré nedokončia kompletnú skríningovú procedúru.</w:t>
      </w:r>
    </w:p>
    <w:p/>
    <w:p>
      <w:pPr>
        <w:jc w:val="center"/>
      </w:pPr>
      <w:r>
        <w:t>Vygenerované: 20.03.2026 23:00:43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