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varuje pred rizikom záchvatov pri niektorých liekoch na Parkinsonovu chorobu</w:t>
      </w:r>
    </w:p>
    <w:p>
      <w:r>
        <w:t>Zdroj: MedPage Today</w:t>
      </w:r>
    </w:p>
    <w:p>
      <w:r>
        <w:t>Publikované: Fri, 20 Mar 2026 15:40:59 -0400</w:t>
      </w:r>
    </w:p>
    <w:p/>
    <w:p>
      <w:pPr>
        <w:pStyle w:val="Heading1"/>
      </w:pPr>
      <w:r>
        <w:t>Súhrn</w:t>
      </w:r>
    </w:p>
    <w:p>
      <w:r>
        <w:t>FDA vydala bezpečnostné oznámenie o zvýšenom riziku záchvatov pri niektorých liekoch na liečbu Parkinsonovej choroby. Varovanie sa týka produktov obsahujúcich karbidopu a levodopu. Agentúra bude od výrobcov týchto liekov vyžadovať ďalšie opatrenia. Oznámenie zverejnila agentúra MedPage Today. Riziko záchvatov je spojené s užívaním týchto liekov. Pacienti by mali venovať pozornosť možným vedľajším účinkom.</w:t>
      </w:r>
    </w:p>
    <w:p/>
    <w:p>
      <w:pPr>
        <w:jc w:val="center"/>
      </w:pPr>
      <w:r>
        <w:t>Vygenerované: 20.03.2026 22:01:01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