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Vo vnútri jemnej a vysoko postavenej pátrania po novom riaditeľovi CDC</w:t>
      </w:r>
    </w:p>
    <w:p>
      <w:r>
        <w:t>Zdroj: STAT News</w:t>
      </w:r>
    </w:p>
    <w:p>
      <w:r>
        <w:t>Publikované: Fri, 20 Mar 2026 17:51:58 +0000</w:t>
      </w:r>
    </w:p>
    <w:p/>
    <w:p>
      <w:pPr>
        <w:pStyle w:val="Heading1"/>
      </w:pPr>
      <w:r>
        <w:t>Súhrn</w:t>
      </w:r>
    </w:p>
    <w:p>
      <w:r>
        <w:t>Chris Klomp, najvyšší poradca HHS, sa na konferencii #STATBreakthrough porozprával o hľadaní nového riaditeľa CDC. Vyhlásil, že je povzbudený počtom kandidátov, s ktorými sa stretol a uskutočnil rozhovory, a je optimistický ohľadom výberu vynikajúceho lídra. Jay Bhattacharya z NIH bol vymenovaný za dočasného riaditeľa CDC minulý mesiac v rámci zmien v HHS pred midterm voľbami[1][2]. Nahradil podzostupňu ministra HHS Jima O’Neilla, ktorý viedol CDC od augusta 2025 po prepustení Susan Monarez za nesúhlas s zmenami vakcinačnej politiky Roberta F. Kennedyho Jr.[1][2]. Jej odvolanie viedlo k rezignácii štyroch vysokých predstaviteľov CDC kvôli anti-vakcinačným politikám a dezinformáciám[1]. Pod O’Neillom CDC zrušila široké odporúčania pre štyri detské vakcíny v januári a schválila odporúčanie proti skorému použitiu kombinovanej vakcíny proti osýpkam, mumpsu, ružienke a ovčím kiahňam[1]. Federálny sudca v pondelok dočasne zablokoval kľúčové časti zmien vakcinačnej politiky Kennedyho, vrátane zníženia počtu rutinných detských vakcín[1]. CDC čelí rozpočtovým škrtom, redukciám zamestnancov a kontroverziám pod ministrom zdravotníctva Robertom F. Kennedym Jr., dlhoročným aktivistom proti vakcínam[1].</w:t>
      </w:r>
    </w:p>
    <w:p/>
    <w:p>
      <w:pPr>
        <w:jc w:val="center"/>
      </w:pPr>
      <w:r>
        <w:t>Vygenerované: 20.03.2026 19:00:46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