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Žena z Georgie obvinená z vraždy po tom, čo polícia uviedla, že si vzala tabletky na potrat</w:t>
      </w:r>
    </w:p>
    <w:p>
      <w:r>
        <w:t>Zdroj: MedPage Today</w:t>
      </w:r>
    </w:p>
    <w:p>
      <w:r>
        <w:t>Publikované: Fri, 20 Mar 2026 11:07:56 -0400</w:t>
      </w:r>
    </w:p>
    <w:p/>
    <w:p>
      <w:pPr>
        <w:pStyle w:val="Heading1"/>
      </w:pPr>
      <w:r>
        <w:t>Súhrn</w:t>
      </w:r>
    </w:p>
    <w:p>
      <w:r>
        <w:t>Polícia z Georgie obvinila 31-ročnú ženu z vraždy. Žena tvrdí, že užila tabletky na vyvolanie ilegálneho potratu. Obvinenie vznesila miestna polícia. Štátni prokurátori sa rozhodnú, či s obvinením pokračovať. Prípad uviedol portál MedPage Today. Ide o ženu menom Alexia.</w:t>
      </w:r>
    </w:p>
    <w:p/>
    <w:p>
      <w:pPr>
        <w:jc w:val="center"/>
      </w:pPr>
      <w:r>
        <w:t>Vygenerované: 20.03.2026 18:01:20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