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Diaľkové monitorovanie exacerbácií srdcového zlyhania pomocou inteligentných hodiniek</w:t>
      </w:r>
    </w:p>
    <w:p>
      <w:r>
        <w:t>Zdroj: Nature Medicine</w:t>
      </w:r>
    </w:p>
    <w:p>
      <w:r>
        <w:t>Publikované: 2026-03-20</w:t>
      </w:r>
    </w:p>
    <w:p/>
    <w:p>
      <w:pPr>
        <w:pStyle w:val="Heading1"/>
      </w:pPr>
      <w:r>
        <w:t>Súhrn</w:t>
      </w:r>
    </w:p>
    <w:p>
      <w:r>
        <w:t>Článok publikovaný v Nature Medicine 20. marca 2026 popisuje diaľkové monitorovanie exacerbácií srdcového zlyhania pomocou inteligentných hodiniek. Model hlbokého učenia využíva údaje z inteligentných hodiniek na predpoveď maximálnej spotreby kyslíka. Model predpovedá aj neplánované zdravotné udalosti u pacientov so srdcovým zlyhaním v prospektívnej kohorte TRUE-HF. Rovnako predpovedá neplánované využitie zdravotnej starostlivosti u pacientov so srdcovým zlyhaním v programe All of Us Research Program. Štúdia potvrdila účinnosť tohto prístupu v reálnych podmienkach. Model sa zameriava na detekciu zhoršenia stavu srdcového zlyhania včas. Výsledky podporujú použitie inteligentných hodiniek v klinickej praxi.</w:t>
      </w:r>
    </w:p>
    <w:p/>
    <w:p>
      <w:pPr>
        <w:jc w:val="center"/>
      </w:pPr>
      <w:r>
        <w:t>Vygenerované: 20.03.2026 18:00:39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