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Rozsiahla štúdia nenašla žiadny dôkaz, že kanabis pomáha pri úzkosti, depresii alebo PTSD</w:t>
      </w:r>
    </w:p>
    <w:p>
      <w:r>
        <w:t>Zdroj: ScienceDaily Health</w:t>
      </w:r>
    </w:p>
    <w:p>
      <w:r>
        <w:t>Publikované: Fri, 20 Mar 2026 08:27:27 EDT</w:t>
      </w:r>
    </w:p>
    <w:p/>
    <w:p>
      <w:pPr>
        <w:pStyle w:val="Heading1"/>
      </w:pPr>
      <w:r>
        <w:t>Súhrn</w:t>
      </w:r>
    </w:p>
    <w:p>
      <w:r>
        <w:t>Rozsiahla štúdia, doposiaľ najväčší prehľad liečivého kanabisu, nenašla žiadny dôkaz, že kanabis účinne lieči úzkosť, depresiu alebo PTSD. Milióny ľudí ho však užívajú z týchto dôvodov. Výskumníci varujú, že kanabis môže zhoršiť duševné zdravie, zvýšiť riziká ako psychóza a závislosť a oddialiť osvedčenú liečbu. Niektoré obmedzené výhody boli pozorované pri nespavosti a autizme, ale dôkazy sú slabé. Zistenia podporujú výzvy na prísnejší dohľad v súvislosti s rastúcim užívaním kanabisu.</w:t>
      </w:r>
    </w:p>
    <w:p/>
    <w:p>
      <w:pPr>
        <w:jc w:val="center"/>
      </w:pPr>
      <w:r>
        <w:t>Vygenerované: 20.03.2026 14:00:49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