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Spojené kráľovstvo, aby sa ešte raz pozrelo na nákladovú efektívnosť liekov na Alzheimerovu chorobu</w:t>
      </w:r>
    </w:p>
    <w:p>
      <w:r>
        <w:t>Zdroj: STAT News</w:t>
      </w:r>
    </w:p>
    <w:p>
      <w:r>
        <w:t>Publikované: Fri, 20 Mar 2026 11:05:24 +0000</w:t>
      </w:r>
    </w:p>
    <w:p/>
    <w:p>
      <w:pPr>
        <w:pStyle w:val="Heading1"/>
      </w:pPr>
      <w:r>
        <w:t>Súhrn</w:t>
      </w:r>
    </w:p>
    <w:p>
      <w:r>
        <w:t>Spojené kráľovstvo sa po úspešných výzvach výrobcov liekov opäť zaoberá otázkou nákladovej efektívnosti dvoch nových liekov na Alzheimerovu chorobu. Orgány plánujú znovu preskúmať, či tieto lieky možno považovať za nákladovo efektívne. Výzvy podali výrobcovia liekov proti pôvodnému rozhodnutiu. Tieto dva lieky predstavujú nové možnosti liečby Alzheimerovej choroby. Preskúmanie má prehodnotiť ekonomickú výhodnosť ich použitia v zdravotníctve. Rozhodnutie ovplyvní dostupnosť liekov pre pacientov v Spojenom kráľovstve.</w:t>
      </w:r>
    </w:p>
    <w:p/>
    <w:p>
      <w:pPr>
        <w:jc w:val="center"/>
      </w:pPr>
      <w:r>
        <w:t>Vygenerované: 20.03.2026 13:00:44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