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ED90 intravenózneho remimazolamu na zmiernenie predoperačnej úzkosti u detí: prospektívna štúdia na zistenie dávky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určila ED90 intravenózneho remimazolamu na zmiernenie predoperačnej úzkosti u detí vo veku 1–6 rokov podstupujúcich elektívny chirurgický zákrok v celkovej anestézii. Deti boli rozdelené do dvoch vekových skupín: mladšia skupina (YG, &lt;4 roky) a staršia skupina (OG, 4–6 rokov), s celkovým počtom 80 pacientov (40 v každej skupine). Použitý bol návrh biased coin design (BCD) s pozitívnou odpoveďou definovanou ako skóre Parent Separation Anxiety Scale (PSAS) &lt;3; počiatočná dávka bola 0,2 mg/kg a upravovala sa o 0,05 mg/kg. ED90 (90 % interval spoľahlivosti) bola 0,20 mg/kg (0,17–0,24) v skupine YG a 0,15 mg/kg (0,11–0,17) v skupine OG. Rozdiel medzi skupinami je štatisticky významný, pretože 83 % intervaly spoľahlivosti (YG: 0,18–0,24; OG: 0,12–0,17) sa neprekrývajú. Staršie deti vyžadujú nižšie dávky na základe hmotnosti. Štúdia prebiehala od apríla do augusta 2025 a je zaregistrovaná pod identifikátorom ChiCTR2500098747.</w:t>
      </w:r>
    </w:p>
    <w:p/>
    <w:p>
      <w:pPr>
        <w:jc w:val="center"/>
      </w:pPr>
      <w:r>
        <w:t>Vygenerované: 20.03.2026 07:47:04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