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Blok roviny erector spinae zlepšuje pooperačnú analgéziu a obnovenie funkcie pľúc po torakoskopickej lobektómii: retrospektívna kohortová štúdia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Retrospektívna kohortová štúdia na 120 pacientoch porovnávala ultrazvukom riadený blok roviny erector spinae (ESPB) s 0,375 % ropivakaínom a konvenčnú analgéziu po torakoskopickej lobektómii. Skupina ESPB mala výrazne nižšie skóre bolesti na vizuálnej analógovej škále (VAS) po 1, 6, 12 a 24 hodinách (napr. 3,2 vs. 5,6; p &lt; 0,001). Celková 24-hodinová spotreba morfínu klesla o 42,6 % (20,5 mg vs. 35,7 mg; p &lt; 0,001). Pľúcna funkcia bola lepšie zachovaná, s vyššími hodnotami FEV1 a FVC na 1. a 3. pooperačný deň (všetky p &lt; 0,01). Skóre bolesti negatívne korelovalo s pľúcnymi parametrami (r = –0,45 až –0,50; p &lt; 0,001). Pobyt v nemocnici bol kratší (5,2 vs. 6,5 dňa; p = 0,001) a spokojnosť pacientov vyššia (4,5 vs. 3,8; p &lt; 0,001). Komplikácie boli medzi skupinami porovnateľné. ESPB zlepšuje pooperačnú analgéziu a obnovu pľúcnej funkcie bez dodatočných rizík.</w:t>
      </w:r>
    </w:p>
    <w:p/>
    <w:p>
      <w:pPr>
        <w:jc w:val="center"/>
      </w:pPr>
      <w:r>
        <w:t>Vygenerované: 20.03.2026 07:46:21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