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Point-of-care-ultrazvuk pri zástave srdca: užitočný nástroj na resuscitáciu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Point-of-care ultrazvuk (POCUS) je diagnostická metóda, ktorá počas resuscitácie poskytuje informácie v reálnom čase a umožňuje rýchlu identifikáciu reverzibilných stavov.[1][4] Ultrazvuk je obzvlášť užitočný pri rytmoch bez výboja, ako je bezpulzová elektrická aktivita, pseudo-PEA a asystola, kde samotné elektrokardiografické nálezy môžu byť zavádzajúce.[1] POCUS pomáha identifikovať reverzibilné príčiny zástavy srdca vrátane srdcovej tamponády, masívnej pľúcnej embólie a tenzného pneumotoraxu.[1] Ultrazvuk sa môže používať na sériové monitorovanie srdcovej aktivity a vedenie pokročilej resuscitácie, avšak by sa nemal používať ako jediné kritérium na ukončenie resuscitácie.[1] Pri praktickom vykonávaní POCUS počas zástavy srdca je dôležité minimalizovať prerušenia stláčania hrudníka a získať užitočné pohľady v rámci 10-sekundového okna kontroly pulzu.[1] Štruktúrované prístupy, ako je protokol sonografického hodnotenia zástavy srdca, podporujú efektívne získavanie snímok počas resuscitácie.[1]</w:t>
      </w:r>
    </w:p>
    <w:p/>
    <w:p>
      <w:pPr>
        <w:jc w:val="center"/>
      </w:pPr>
      <w:r>
        <w:t>Vygenerované: 20.03.2026 07:46:00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