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Opätovný vstup dobrovoľných darcov krvi v Chongqing, Čína (2022–2024): retrospektívna analýza jedného centra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analyzovala proces opätovného vstupu 808 dobrovoľných darcov krvi v Krvnom centre v Chongqing v Číne v rokoch 2022–2024, ktorí boli dočasne odložení kvôli reaktívnym výsledkom skríningu na patogény prenosné transfúziou. Testovanie zahŕňalo duálnu sérologickú ELISA, testovanie nukleových kyselín (NAT) a chemiluminiscenčné testy, s analýzou kategorialít chí-kvadrát testom v SPSS 27.0. Celková miera úspešnosti opätovného vstupu dosiahla 60,52 %, pričom najvyššia bola u HIV-reaktívnych darcov (68,85 %) a najnižšia u HBV-reaktívnych (40,65 %). Vyššie vzdelanie darcov bolo významne spojené s úspešnosťou, zatiaľ čo pohlavie, krvná skupina ABO, rodinný stav a povolanie žiadnu koreláciu nevykazovali. Z úspešne zaradených darcov sa 49,08 % vrátilo k darovaniu aspoň raz, väčšinou raz alebo dvakrát. Diskvalifikácie postihli 13,75 % vracajúcich sa darcov, hlavne kvôli reaktivite na HIV, HBV alebo TP. Zistenia ukazujú, že protokol opätovného vstupu efektívne reintegroval darcov reagujúcich na jedno činidlo, s výsledkami ovplyvnenými typom patogénu a vzdelaním. Odporúča sa trvalé zapojenie darcov a dlhodobé sledovanie pre udržanie frekvencie darcovstva a bezpečnosť krvi.</w:t>
      </w:r>
    </w:p>
    <w:p/>
    <w:p>
      <w:pPr>
        <w:jc w:val="center"/>
      </w:pPr>
      <w:r>
        <w:t>Vygenerované: 20.03.2026 07:01:53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