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Názory fakulty na faktory ovplyvňujúce absolvovanie nedostatočne výkonných študentov zdravotníckych profesií: spochybňovanie kultúry „jediného úspechu“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Štúdia skúmala názory učiteľov pakistanských zdravotníckych škôl na faktory, ktoré vedú k tomu, že študenti s nedostatočným výkonom napriek tomu pokračujú v štúdiu. Výskum bol realizovaný pomocou anonymného online formulára, do ktorého odpovedalo 33 členov fakulty. Väčšina pedagógov (84,8 %) potvrdila, že študenti so slabými výsledkami boli schopní prospieť ďalej. Hlavnými faktormi, ktoré k tomu prispeli, boli inštitucionálna neistota (39,4 %), sociálny tlak (27,3 %) a ľútosť (12,1 %). Rozhodnutia učiteľov boli primárne založené na akademickom výkone (72,7 %), pričom väčšina respondentov malo málo vedomostí o systémoch inštitucionálnej podpory (42,4 %). Štúdia odhalila, že učitelia čelili emocionálnym a etickým dilemám pri rozhodovaní o neúspešných študentoch, pričom sa obávali bezpečnosti pacientov a vnímaného inštitucionálneho tlaku.</w:t>
      </w:r>
    </w:p>
    <w:p/>
    <w:p>
      <w:pPr>
        <w:jc w:val="center"/>
      </w:pPr>
      <w:r>
        <w:t>Vygenerované: 20.03.2026 07:00:45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