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Sudca rozhodne proti Kennedyho deklarácii o starostlivosti potvrdzujúcej rod</w:t>
      </w:r>
    </w:p>
    <w:p>
      <w:r>
        <w:t>Zdroj: STAT News</w:t>
      </w:r>
    </w:p>
    <w:p>
      <w:r>
        <w:t>Publikované: Fri, 20 Mar 2026 00:28:45 +0000</w:t>
      </w:r>
    </w:p>
    <w:p/>
    <w:p>
      <w:pPr>
        <w:pStyle w:val="Heading1"/>
      </w:pPr>
      <w:r>
        <w:t>Súhrn</w:t>
      </w:r>
    </w:p>
    <w:p>
      <w:r>
        <w:t>Okresný sudca v USA uviedol, že zruší deklaráciu Kennedyho, podľa ktorej starostlivosť potvrdzujúca rod u mladých trans ľudí nespĺňa lekárske štandardy.[1] Deklaráciu vydal 18. decembra 2025 sekretár HHS Robert F. Kennedy Jr., ktorý v nej konštatoval, že gender-affirming care pre deti a adolescentov nie je bezpečná ani efektívna a nespĺňa profesionálne uznávané štandardy zdravotnej starostlivosti.[1][2][7] Táto deklarácia mohla viesť k vylúčeniu poskytovateľov z federálnych zdravotníckych programov, ako Medicare a Medicaid, ak poskytovali takúto starostlivosť.[1][2] Po jej vydaní boli viaceré detské nemocnice odkázané na Úrad pre inšpekciu HHS kvôli porušeniu štandardov.[1] Deklarácia označuje procedúry ako blokátory puberty, krížové hormóny a operácie za „sex-rejecting procedures“ bez dlhodobých dôkazov bezpečnosti a efektivity u mladistvých.[2][5][6] Proti nej bola podaná žaloba koalíciou generálnych prokurátorov 23. decembra 2025 v Oregone, tvrdiac, že porušuje federálne zákony a procesy.[4] Sudca nariadil dočasný predbežný súdny zákaz, ktorý bol predĺžený, čím nemocnice ako Rady mohli pokračovať v starostlivosti okrem operácií.[6]</w:t>
      </w:r>
    </w:p>
    <w:p/>
    <w:p>
      <w:pPr>
        <w:jc w:val="center"/>
      </w:pPr>
      <w:r>
        <w:t>Vygenerované: 20.03.2026 02:00:42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