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Samotestovanie HPV v primárnej starostlivosti zvyšuje skríning rakoviny krčka maternice</w:t>
      </w:r>
    </w:p>
    <w:p>
      <w:r>
        <w:t>Zdroj: MedPage Today</w:t>
      </w:r>
    </w:p>
    <w:p>
      <w:r>
        <w:t>Publikované: Fri, 20 Mar 2026 17:29:40 -0400</w:t>
      </w:r>
    </w:p>
    <w:p/>
    <w:p>
      <w:pPr>
        <w:pStyle w:val="Heading1"/>
      </w:pPr>
      <w:r>
        <w:t>Súhrn</w:t>
      </w:r>
    </w:p>
    <w:p>
      <w:r>
        <w:t>Ponuka samotestovania HPV v primárnej starostlivosti zvyšuje mieru skríningu rakoviny krčka maternice v porovnaní s bežnou starostlivosťou. Klastrová randomizovaná štúdia na Novom Zélande ukázala výrazne väčší podiel žien, ktoré absolvovali skríning. Štúdia porovnávala samotestovanie HPV s štandardnou starostlivosťou. Samotestovanie HPV je jednoduchý spôsob odberu vzorky z vagíny a krčka maternice. Test sa po odbere pošle poštou do laboratória na molekulárne vyšetrenie. HPV test odhaľuje prítomnosť vysokorizikových typov vírusu, ktoré spôsobujú takmer všetky prípady rakoviny krčka maternice. Pozitívny výsledok neznamená automaticky rakovinu, mnohé infekcie vymiznú samy. Štúdia potvrdila vyššiu účasť na skríningu vďaka samotestovaniu v primárnej starostlivosti.</w:t>
      </w:r>
    </w:p>
    <w:p/>
    <w:p>
      <w:pPr>
        <w:jc w:val="center"/>
      </w:pPr>
      <w:r>
        <w:t>Vygenerované: 21.03.2026 00:00:50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