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Riaditeľ Trump's Medicare sa snaží udržať na uzde očakávania od TrumpRx</w:t>
      </w:r>
    </w:p>
    <w:p>
      <w:r>
        <w:t>Zdroj: STAT News</w:t>
      </w:r>
    </w:p>
    <w:p>
      <w:r>
        <w:t>Publikované: Thu, 19 Mar 2026 21:11:10 +0000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"STAT+: Trump's Medicare director seeks to rein in expectations for TrumpRx". Výsledky vyhľadávania obsahujú informácie o TrumpRx z iných zdrojov, ktoré ukazujú, že mesiac po spustení platforma nedosahuje vysoké očakávania stanovené prezidentom[1] a že verejnosť zostáva skeptická – približne 59 % dospelých osôb považuje za nepravdepodobné, že politiky Trumpovej administratívy znížia ich náklady na lieky[7]. Ak máte prístup k úplnému textu článku zo STAT+, môžem vám pomôcť s jeho súhrnom v slovenčine.</w:t>
      </w:r>
    </w:p>
    <w:p/>
    <w:p>
      <w:pPr>
        <w:jc w:val="center"/>
      </w:pPr>
      <w:r>
        <w:t>Vygenerované: 19.03.2026 23:00:30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