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 vedeckých časopisoch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Článok predstavuje trojstupňový rámec pre vysoko priepustnú biofabrikáciu, ktorý integruje 3D bioprinting, asistenčné platformy a prekladové príležitosti. Autori Yogendra Pratap Singh, Joseph Christakiran Moses, Myoung Hwan Kim a ďalší z Penn State University a iných inštitúcií popisujú tento rámec v časopise Bioactive Materials (zväzok 57, strany 726-753, november 2025). Rámec zahŕňa kľúčové technológie ako 3D bioprinting, automatizáciu, biomateriály, bioreaktory, screening liekov, mikrofluidiku a tkanivové inžinierstvo. Cieľom je zlepšiť efektivitu výroby biologických štruktúr pre medicínske aplikácie. Príspevok je prehľadovým článkom (review), publikovaným s DOI 10.1016/j.bioactmat.2025.11.024 a PMID 41399464.</w:t>
      </w:r>
    </w:p>
    <w:p/>
    <w:p>
      <w:pPr>
        <w:jc w:val="center"/>
      </w:pPr>
      <w:r>
        <w:t>Vygenerované: 19.03.2026 20:08:24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