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Správny rozvrh pre marihuanu (okrem iných drog) zatiaľ neexistuje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Článok v časopise Science (zväzok 391, číslo 6791, strany 1210-1212, marec 2026) uvádza, že správny rozvrh pre marihuanu podľa Controlled Substances Act (CSA) zatiaľ neexistuje. Proces presunu marihuany z Schedule I do Schedule III sa začal v máji 2024 návrhom pravidla od DEA, ktoré dostalo takmer 43 000 komentárov. V auguste 2023 HHS odporučilo DEA tento presun na základe vedeckého a medicínskeho hodnotenia, ktoré potvrdilo akceptovaný medicínsky použiteľný potenciál na liečbu anorexie súvisiacej s ochorením, nevoľnosti, zvracania a bolesti. Dňa 18. decembra 2025 vydal prezident Trump Executive Order, ktorý nariadil urýchliť rescheduling do Schedule III v súlade so zákonom. Tento krok má uľahčiť výskum medicínskej marihuany a CBD, vrátane využitia reálnych dát na štandardy starostlivosti. Napriek tomu zostávajú administratívne kroky, ako sú verejné vypočutia, nevybavené, čo spôsobuje oneskorenia. Štyridsať štátov a District of Columbia má schválené programy medicínskej marihuany. Rescheduling by umožnilo lepší prístup k full-spectrum CBD produktom pre pacientov.[1][2][3][7]</w:t>
      </w:r>
    </w:p>
    <w:p/>
    <w:p>
      <w:pPr>
        <w:jc w:val="center"/>
      </w:pPr>
      <w:r>
        <w:t>Vygenerované: 19.03.2026 20:08:13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