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Agentská AI a ďalší spravodajský výbuch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Agentická AI označuje autonómne inteligentné systémy, ktoré sa prispôsobujú meniacej sa prostrediu, robia zložité rozhodnutia a spolupracujú s inými agentmi aj ľuďmi[1][2][6]. Tieto systémy umožňujú automatizáciu dynamických viacstupňových procesov v oblastiach ako zákaznícky servis, dodávateľské reťazce či financie[1]. V roku 2026 sa očakáva prechod od pilotných projektov k širšiemu nasadeniu v priemysle, najmä vo väčších organizáciách[1][2][3]. Firmy budú klásť dôraz na riadenie, dodržiavanie predpisov a preškoľovanie zamestnancov na prácu s AI agentmi[1][5]. Agentická AI transformuje inžinierske workflowy tým, že prevezme prvé návrhy softvérového vývojového cyklu (SDLC), čím urýchli vývoj[3]. Experti predpovedajú zmenu na multiagentové systémy, kde koordinátor riadi špecializovaných agentov, aby sa predišlo zlyhaniam[5]. Vznikne aj fyzická AI v kontrolovaných prostrediach ako výroba a logistika[4][5]. Hlavnými výzvami sú bezpečnosť, etické otázky a strata kontroly nad rozhodovaním[6].</w:t>
      </w:r>
    </w:p>
    <w:p/>
    <w:p>
      <w:pPr>
        <w:jc w:val="center"/>
      </w:pPr>
      <w:r>
        <w:t>Vygenerované: 19.03.2026 20:07:54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