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Debata exploduje o kľúčovej skorej americkej stránke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Výskumníci identifikovali šokovaný kremeň na troch kľúčových archeologických stránkach z obdobia Clovis kultúry: Murray Springs v Arizone, Blackwater Draw v Novom Mexiku a Arlington Canyon na Kalifornských kanálske ostrovy.[5] Šokovaný kremeň predstavuje zrná piesku fyzicky zmenené extrémnym teplom a tlakom.[5] Na lokalite Murray Springs sa našli mamutie kosti s reznými stopami priamo pod Younger Dryas hranicou a zachované odtlačky nôh.[3] Na Blackwater Draw končia artefakty Clovis kultúry a kosti porážaných zvierat náhle na Younger Dryas hranici.[3] Na Arlington Canyon miznú ľudské pozostatky a kosti trpasličích mamutov tesne pred touto hranicou, po čom nasleduje niekoľko storočí bez archeologických nálezov.[3] Rádiouhlíkové datovania z týchto stránok sú si veľmi blízke, čo potvrdzuje takmer súčasný výskyt zmien napriek ich vzdialenosti.[3]</w:t>
      </w:r>
    </w:p>
    <w:p/>
    <w:p>
      <w:pPr>
        <w:jc w:val="center"/>
      </w:pPr>
      <w:r>
        <w:t>Vygenerované: 19.03.2026 20:07:43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