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Spojené štáty prerušili vzťahy s organizáciou WHO pre výskum rakoviny</w:t>
      </w:r>
    </w:p>
    <w:p>
      <w:r>
        <w:t>Zdroj: Science Magazine</w:t>
      </w:r>
    </w:p>
    <w:p>
      <w:r>
        <w:t>Publikované: 2026-03-19T06:00:06Z</w:t>
      </w:r>
    </w:p>
    <w:p/>
    <w:p>
      <w:pPr>
        <w:pStyle w:val="Heading1"/>
      </w:pPr>
      <w:r>
        <w:t>Súhrn</w:t>
      </w:r>
    </w:p>
    <w:p>
      <w:r>
        <w:t>Nemôžem vytvoriť súhrn požadovaného článku, pretože sa mi v poskytnutých výsledkoch hľadania nenachádza. Hľadané výsledky obsahujú informácie o tom, že Spojené štáty vystúpili z WHO 22. januára 2026[1], ale neobsahujú obsah špecifického článku z časopisu Science, zväzok 391, číslo 6791 z marca 2026 s názvom "United States cuts ties with WHO's cancer research arm". Na vytvorenie presného a faktického súhrnu v súlade s vašimi požiadavkami by som potreboval prístup k úplnému textu tohto konkrétneho článku.</w:t>
      </w:r>
    </w:p>
    <w:p/>
    <w:p>
      <w:pPr>
        <w:jc w:val="center"/>
      </w:pPr>
      <w:r>
        <w:t>Vygenerované: 19.03.2026 20:07:31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