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Našiel sa skrytý vinník záhadnej statickej elektriny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Žiadny súhrn nie je možný, pretože poskytnutý obsah článku obsahuje iba názov a hlavičku bez textu štúdie. Žiadne overené fakty, zistenia ani štatistiky z článku nie sú dostupné. Vyhľadávacie výsledky neobsahujú relevantný obsah k téme statickej elektriny zo Science (2026).</w:t>
      </w:r>
    </w:p>
    <w:p/>
    <w:p>
      <w:pPr>
        <w:jc w:val="center"/>
      </w:pPr>
      <w:r>
        <w:t>Vygenerované: 19.03.2026 20:07:21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