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Laboratóriá oddelenia energetických laboratórií prijali návrh AI Genesis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Ministerstvo energetiky USA spustilo Genesis Mission, národnú iniciatívu na transformáciu vedy a inovácií prostredníctvom umelej inteligencie (AI), s cieľom zdvojnásobiť produktivitu americkej vedy a inžinierstva do desiatich rokov[2][9]. Iniciatíva mobilizuje 17 národných laboratórií DOE, priemysel a akademickú sféru na vytvorenie integrovanej platformy spojenej superpočítačmi, experimentálnymi zariadeniami a dátami[3][6]. DOE oznámilo 26 výziev v oblasti AI zameraných na energetiku a národnú bezpečnosť, vrátane zrýchlenia dizajnu, licencovania a prevádzky jadrových reaktorov s cieľom aspoň dvojnásobného skrátenia časových harmonogramov a zníženia prevádzkových nákladov o viac ako 50 percent[1][4]. Výzvy zahŕňajú použitie vysvetliteľnej AI, surrogátnych modelov, agentických workflowov, autonómnych laboratórií a digitálnych dvojčiat na zrýchlenie nasadenia reaktorov, modernizáciu siete a integráciu veľkých záťaží ako dátové centrá[1][4]. Podporené sú aj oblasti ako fúzia, časticové urýchľovače, kvantové technológie a národná bezpečnosť[2][3]. DOE vyčlenilo 293 miliónov dolárov na financovanie interdisciplinárnych tímov z laboratórií, súkromného sektora a univerzít na riešenie týchto výziev v pokročilej výrobe, biotechnológii, jadrovej energii a kvantovej informatike[5][7]. Google DeepMind poskytne národným laboratóriám prístup k AI modelom ako Gemini na generovanie hypotéz a zrýchlenie objavov[3].</w:t>
      </w:r>
    </w:p>
    <w:p/>
    <w:p>
      <w:pPr>
        <w:jc w:val="center"/>
      </w:pPr>
      <w:r>
        <w:t>Vygenerované: 19.03.2026 20:06:57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