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Neskorší debut pre ľudí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Výskum publikovaný v časopise Science identifikoval medzi rokmi 2023–2025 malú skupinu „prolific debutante“ autorov, ktorí sa náhle objavili v top 5 % autorov listov vedeckým časopisom.[1] Títo nováčikovia – autori, ktorí publikovali 10 alebo viac listov v prvom roku svojej publikačnej činnosti – predstavujú najrýchlejšie rastúcu skupinu.[1] Príkladom je lekár z Kataru, ktorý v roku 2024 nepublikoval žiadne listy, no v roku 2025 ich vydal viac ako 80 v časopisoch pokrývajúcich 58 rôznych tém.[1] Listy sú krátke, objavujú sa rýchlo bez recenzného procesu a nevyžadujú originálne dáta, čo ich robí atraktívnymi na nafukovanie publikačnej produkcie.[1] Vedci podozrievajú použitie umelej inteligencie (AI), pretože listy obsahujú vymyslené citácie a autori podhlásenú AI použitie – napríklad katarský autor ho deklaroval len v 13 z 81 listov.[1] Tento trend súvisí s predchádzajúcimi zisteniami o zvýšenom počte prolific autorov výskumných článkov pravdepodobne vďaka AI.[1] Časopisy zavádzajú povinnosť hlásiť AI použitie, no autori ho často podceňujú.[1]</w:t>
      </w:r>
    </w:p>
    <w:p/>
    <w:p>
      <w:pPr>
        <w:jc w:val="center"/>
      </w:pPr>
      <w:r>
        <w:t>Vygenerované: 19.03.2026 20:04:51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