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Silné vyžarovanie svetla s krútením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výsledkoch vyhľadávania nenachádza. Vyhľadávané výsledky obsahujú články o krútených optických vláknach, tepelnom žiarení z krútených uhlíkových nanotubiek, svietiacich stromoch počas búrok, fúznej energetike a slnečných erupciách, ale nie článok s názvom "Strong light emission with a twist" zo Science, zväzok 391, číslo 6791, z marca 2026. Aby som mohol vytvoriť presný a faktický súhrn podľa vašich požiadaviek, potrebujem prístup k plnému textu tohto konkrétneho článku.</w:t>
      </w:r>
    </w:p>
    <w:p/>
    <w:p>
      <w:pPr>
        <w:jc w:val="center"/>
      </w:pPr>
      <w:r>
        <w:t>Vygenerované: 19.03.2026 20:04:35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