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Staroveké horniny odhaľujú rané pohyby platní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Nemám prístup k špecifickému článku z Science, zväzok 391, číslo 6791 z marca 2026, ktorý ste uviedli. Poskytnuté výsledky vyhľadávania obsahujú články o staroveký zirkonoch a tektonike dosiek, ale nie presne ten článok s názvom "Ancient rocks reveal early plate motions" zo Science. Aby som mohol vytvoriť presný a faktický súhrn podľa vašich požiadaviek, potreboval by som prístup k úplnému textu tohto konkrétneho článku. Bez neho by som nemohol garantovať, že by súhrn obsahoval len overené fakty z daného zdroja. Ak máte k dispozícii text článku alebo jeho abstrakt, rád by som ho spracoval podľa vašich špecifikácií.</w:t>
      </w:r>
    </w:p>
    <w:p/>
    <w:p>
      <w:pPr>
        <w:jc w:val="center"/>
      </w:pPr>
      <w:r>
        <w:t>Vygenerované: 19.03.2026 20:04:25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