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Keď sa veda stáva osobnou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Článok „When science becomes personal“ vyšiel v časopise Science, zväzok 391, číslo 6791, na strane 1290 v marci 2026. Ide o osobný príspevok, kde autor opisuje, ako sa veda stáva osobnou záležitosťou. Autor sa rozhodol vedome spájať svoje profesionálne voľby s osobným životom. Vkládal do svojej vedeckej práce minulé chvíle boja, radosti a jasnosti. Rozhodol sa prepojiť svoje osobné skúsenosti s vedeckým životom. Tento prístup zahŕňa začlenenie osobných momentov do vedeckej praxe.[2]</w:t>
      </w:r>
    </w:p>
    <w:p/>
    <w:p>
      <w:pPr>
        <w:jc w:val="center"/>
      </w:pPr>
      <w:r>
        <w:t>Vygenerované: 19.03.2026 20:04:07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