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Stredný holocén pre Monte Verde spochybňuje časovú os ľudskej kolonizácie Južnej Ameriky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Vedecký článok publikovaný v časopise Science (zväzok 391, číslo 6791, strany 1283-1288, marec 2026) určuje vek lokality Monte Verde na stredný holocén. Táto lokalita sa nachádza v Južnej Amerike. Dátumovanie spochybňuje dovtedajšiu časovú os ľudskej kolonizácie kontinentu. Štúdia poskytuje nové dôkazy o prítomnosti ľudí v tomto regióne. Výsledky naznačujú, že osídlenie bolo neskoršie, než sa predpokladalo.</w:t>
      </w:r>
    </w:p>
    <w:p/>
    <w:p>
      <w:pPr>
        <w:jc w:val="center"/>
      </w:pPr>
      <w:r>
        <w:t>Vygenerované: 19.03.2026 20:03:20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