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Ľudia zdieľajú akustické preferencie s inými zvieratami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Výskum publikovaný v časopise Science zistil, že ľudia zdieľajú rovnaké akustické preferencie s inými zvieratami.[1][3] Štúdia autorov James a kol. (2026) porovnávala reakcie na zvuky u ľudí a zvierat.[1][4][5] Hlavné zistenie je, že preferencie pre určité akustické vlastnosti, ako frekvencia a rytmus, sú podobné naprieč druhmi.[1][2] Experimenty zahŕňali ľudí aj zvieratá, kde sa hodnotili reakcie na rôzne zvuky.[1][7] Autori poskytli dáta, kód a materiály na Zenodo a GitHub pre overenie výsledkov.[1][6] Štúdia naznačuje spoločné biologické základy vnímania zvukov.[3] Výsledky vychádzajú z preprintu z júna 2025.[4][5]</w:t>
      </w:r>
    </w:p>
    <w:p/>
    <w:p>
      <w:pPr>
        <w:jc w:val="center"/>
      </w:pPr>
      <w:r>
        <w:t>Vygenerované: 19.03.2026 20:02:23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