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Samoúčelné „vylepšenia“ poškodzujú vedu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Žiadny obsah poskytnutého článku „Self-serving „tweaks“ hurt science“ nie je dostupný v zdrojoch, preto nie je možné vytvoriť súhrn. Názov a metadáta (Science, zväzok 391, číslo 6791, strana 1213, marec 2026) nepostačujú na overené fakty. Vyhľadávanie neobsahuje relevantný text článku.</w:t>
      </w:r>
    </w:p>
    <w:p/>
    <w:p>
      <w:pPr>
        <w:jc w:val="center"/>
      </w:pPr>
      <w:r>
        <w:t>Vygenerované: 19.03.2026 20:01:14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