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Vysokodávkový Wegovy od Novo Nordisk schválený v USA.</w:t>
      </w:r>
    </w:p>
    <w:p>
      <w:r>
        <w:t>Zdroj: STAT News</w:t>
      </w:r>
    </w:p>
    <w:p>
      <w:r>
        <w:t>Publikované: Thu, 19 Mar 2026 16:21:12 +0000</w:t>
      </w:r>
    </w:p>
    <w:p/>
    <w:p>
      <w:pPr>
        <w:pStyle w:val="Heading1"/>
      </w:pPr>
      <w:r>
        <w:t>Súhrn</w:t>
      </w:r>
    </w:p>
    <w:p>
      <w:r>
        <w:t>Americká agentúra FDA schválila vysokodávkovú verziu injekčného lieku Wegovy od spoločnosti Novo Nordisk na liečbu obezity. Liek je dostupný v dávke 7,2 mg, ktorá sa podáva ako tri injekcie po 2,4 mg v jednom čase raz za týždeň. V klinickej štúdii trvajúcej 72 týždňov s 1 407 dospelými účastníkmi bez cukrovky pacienti na vysokodávkovej verzii stratili v priemere 20,7 % svojej telesnej hmotnosti, v porovnaní s 17,5 % pri nižšej dávke 2,4 mg. Novo Nordisk tiež požiadalo o schválenie jednodávkovej injekčnej formy vysokodávkového Wegovy, ktorá by mohla byť dostupná v tomto roku. Vysokodávková verzia predstavuje konkurenčný krok voči liekom iných výrobcov, ako je Eli Lilly, ktorá ponúka podobné výsledky v úbytku hmotnosti.</w:t>
      </w:r>
    </w:p>
    <w:p/>
    <w:p>
      <w:pPr>
        <w:jc w:val="center"/>
      </w:pPr>
      <w:r>
        <w:t>Vygenerované: 19.03.2026 18:01:36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