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Plastický chirurg, ktorý sa pokúsil zabiť kolegu, je zabitý</w:t>
      </w:r>
    </w:p>
    <w:p>
      <w:r>
        <w:t>Zdroj: BMJ</w:t>
      </w:r>
    </w:p>
    <w:p>
      <w:r>
        <w:t>Publikované: 2026-03-19T04:51:04-07:00</w:t>
      </w:r>
    </w:p>
    <w:p/>
    <w:p>
      <w:pPr>
        <w:pStyle w:val="Heading1"/>
      </w:pPr>
      <w:r>
        <w:t>Súhrn</w:t>
      </w:r>
    </w:p>
    <w:p>
      <w:r>
        <w:t>Britský plastický chirurg Jonathan Peter Brooks bol odsúdený na doživotie za pokus o vraždu svojho kolegu Graemea Perksa. K útoku došlo 14. januára 2021 v skorých ranných hodinách, keď Brooks vnikol do Perksovho domu v maskovacom oblečení, ozbrojený páčidlom, nožom, zápalkami a kanistrami s benzínom. Brooks polial vnútro domu benzínom a potom Perksa bodol do brucha, čím mu spôsobil život ohrozujúce zranenie – Perks mal len 5 % šancu na prežitie. Motiváciou k útoku bolo, že Perks svedčil proti Brooksovi v disciplinárnom konaní, ktoré mohlo viesť k strate jeho zamestnania. Súd útok označil za premyslený a neľútostný. Brooks bol v júni 2021 uznaný vinným a dostal minimálny trest 22 rokov za mrežami. Okrem pokusu o vraždu bol odsúdený aj za pokus o podpaľačstvo s úmyslom ohroziť život a za nosenie meча.</w:t>
      </w:r>
    </w:p>
    <w:p/>
    <w:p>
      <w:pPr>
        <w:jc w:val="center"/>
      </w:pPr>
      <w:r>
        <w:t>Vygenerované: 19.03.2026 18:00:34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