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Tekutá biopsia na diagnostiku EBV-pozitívneho Burkittovho lymfómu v endemických oblastiach</w:t>
      </w:r>
    </w:p>
    <w:p>
      <w:r>
        <w:t>Zdroj: Nature Medicine</w:t>
      </w:r>
    </w:p>
    <w:p>
      <w:r>
        <w:t>Publikované: 2026-03-19</w:t>
      </w:r>
    </w:p>
    <w:p/>
    <w:p>
      <w:pPr>
        <w:pStyle w:val="Heading1"/>
      </w:pPr>
      <w:r>
        <w:t>Súhrn</w:t>
      </w:r>
    </w:p>
    <w:p>
      <w:r>
        <w:t>Tekutá biopsia umožnila rýchlu a presnú molekulárnu diagnostiku EBV-pozitívneho Burkittovho lymfómu u viac ako 200 detí a mladých dospelých v Tanzánii a Ugande. Štúdia sa zamerala na klinickú validáciu tohto testu v endemických oblastiach. Test detekuje EBV-pozitívny Burkittov lymfóm prostredníctvom tekutej biopsie. Výsledky potvrdzujú jeho spoľahlivosť v praxi. Článok bol publikovaný v Nature Medicine 19. marca 2026 s doi:10.1038/s41591-026-04291-z. Tento prístup prináša výhodu rýchlej diagnostiky v oblastiach s vysokou incidenciou ochorenia.</w:t>
      </w:r>
    </w:p>
    <w:p/>
    <w:p>
      <w:pPr>
        <w:jc w:val="center"/>
      </w:pPr>
      <w:r>
        <w:t>Vygenerované: 19.03.2026 13:01:19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