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Korelačná analýza rozsahu disekcie lymfatických uzlín pri laparoskopickej radikálnej resekcii rakoviny hrubého čreva a dlhodobá prognóza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Štúdia porovnávala tri stratégie odstraňovania lymfatických uzlín pri laparoskopickej operácii rakoviny hrubého čreva: D1 (redukovaná), D2 (štandardná) a D3 (predĺžená). Päťročné prežívanie pacientov bolo najvyššie v skupine D3 s 82 %, nasledovalo D2 s 75 % a D1 s 65 %. Skupina D3 mala aj najnižšiu mieru návratu ochorenia – iba 8 % v porovnaní s 12 % pre D2 a 18 % pre D1. Avšak rozšírená disekcia D3 bola spojená s vyšším počtom komplikácií – 35 % v porovnaní s 25 % pre D2 a 15 % pre D1. Kvalita života po operácii bola najnižšia v skupine D3, najmä v oblasti mobility a sebaobsluhy. Výber stratégie by mal byť individuálny na základe rizikových faktorov pacienta, pričom D3 je vhodná pre vysokorizikových pacientov, D2 ponúka vyvážený prístup a D1 môže postačovať pre prípady s nízkym rizikom.</w:t>
      </w:r>
    </w:p>
    <w:p/>
    <w:p>
      <w:pPr>
        <w:jc w:val="center"/>
      </w:pPr>
      <w:r>
        <w:t>Vygenerované: 19.03.2026 07:46:44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