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Diagnostická presnosť fyzikálneho vyšetrenia na hodnotenie popliteálnych cýst: metaanalýza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Metaanalýza hodnotí diagnostickú presnosť fyzikálneho vyšetrenia pri popliteálnych cystách, bežných cystických léziách kolena, ktoré sú často asymptomatické a rizikovým faktorom pre osteoartritídu. Zahŕňala desať štúdií s 542 pacientmi (720 kolenných kĺbov), vyhľadaných v databázach PubMed, Embase, Web of Science, China National Knowledge Infrastructure a Wanfang do 30. novembra 2025. Kvalita štúdií bola posúdená nástrojom QUAD, heterogenita indexom I² a výsledky vypočítané dvojrozmerným modelom náhodných účinkov. Fyzikálne vyšetrenie dosiahlo plochu pod krivkou 0,88 (95 % CI: 0,85–0,91), senzitivitu 0,74 (95 % CI: 0,49–0,89), špecificitu 0,88 (95 % CI: 0,65–0,97), pozitívny pomer pravdepodobnosti 6,3, negatívny pomer pravdepodobnosti 0,30 (95 % CI: 0,14–0,62) a diagnostický pomer šancí 21 (95 % CI: 5–84). Analýza citlivosti potvrdila stabilitu výsledkov. Fyzikálne vyšetrenie preukázalo strednú diagnostickú presnosť a odporúča sa ako predbežný skríningový nástroj, ak nie sú dostupné zobrazovacie metódy ako ultrasonografia. Úroveň dôkazu je 2 (diagnostická metaanalýza založená na štúdiách s referenčnými štandardmi).</w:t>
      </w:r>
    </w:p>
    <w:p/>
    <w:p>
      <w:pPr>
        <w:jc w:val="center"/>
      </w:pPr>
      <w:r>
        <w:t>Vygenerované: 19.03.2026 07:46:16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