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🦠 Imuno MD Budúcnosť alergénovej imunoterapie?</w:t>
      </w:r>
    </w:p>
    <w:p>
      <w:r>
        <w:t>Zdroj: Email Newsletter</w:t>
      </w:r>
    </w:p>
    <w:p>
      <w:r>
        <w:t>Publikované: Thu, 19 Mar 2026 05:00:23 +0000</w:t>
      </w:r>
    </w:p>
    <w:p/>
    <w:p>
      <w:pPr>
        <w:pStyle w:val="Heading1"/>
      </w:pPr>
      <w:r>
        <w:t>Súhrn</w:t>
      </w:r>
    </w:p>
    <w:p>
      <w:r>
        <w:t>informácií o alergénovej imunoterapii Imuno MD: Imuno MD #11 sa zameriava na budúcnosť alergénovej imunoterapie. Skúma sa nová metóda alergénovej imunoterapie pomocou mikroihlových náplastí, tzv. MCIT (microneedle cutaneous immunotherapy). MCIT bola testovaná na myšiach s potravinovými a inhalačnými alergénmi, aj v kontexte prevencie senzibilizácie. MCIT umožňuje vysokú dostupnosť alergénu (viac ako 70%) pri nižších dávkach a limitovanej dostupnosti do systémovej cirkulácie. Očakáva sa minimálne rovnaká účinnosť ako pri SCIT, ale s lepšou bezpečnosťou a potenciálnou domácou aplikáciou. MCIT umožňuje súčasnú aplikáciu viacerých alergénov v jednej náplasti. Klinické skúšania MCIT sa rozbiehajú a vyzerá sľubne ako minimálne invazívna a bezbolestná forma alergénovej imunoterapie.</w:t>
      </w:r>
    </w:p>
    <w:p/>
    <w:p>
      <w:pPr>
        <w:jc w:val="center"/>
      </w:pPr>
      <w:r>
        <w:t>Vygenerované: 19.03.2026 07:02:42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