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Exploring innovative therapies for rare inflammatory skin diseases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Toto editoriál sumarizuje výskumnú tému zameranú na inovatívne terapie pre zriedkavé zápalové kožné ochorenia, ako sú lichen planus, lichen sclerosus, granulomatózne dermatózy a hidradenitída supuratíva.[1] Napriek úspechom v liečbe bežných stavov ako psoriáza a atopická dermatitída, kde translácia výskumu viedla k biologickým liekom a malým molekulám, tieto zriedkavé ochorenia stále nemajú efektívne možnosti liečby.[1][2] V roku 2026 je pre stredne ťažkú až ťažkú plakoidnú psoriázu u dospelých schválených 14 cielených liečiv Európskou liekovou agentúrou (EMA).[2] Nové laboratórne techniky, ako single-cell sekvenovanie a priestorová omika, poskytujú hlboké poznatky do zápalových procesov v postihnutej aj nepostihnutej koži.[1][2] Redakcia vyzýva na príspevky od základného výskumu po klinické aplikácie, vrátane lichenoidných dermatóz, kožného lupusu erythematosus, spojivových tkanivových chorôb, neutrofilných dermatóz, granulomatóznych ochorení a hidradenitídy supuratívy.[1] Zahŕňa originálne štúdie, recenzie, hypotézy, perspektívy a kazuistiky, s cieľom urýchliť preklad z laboratória do praxe.[1] Príklady zahŕňajú multitargetovú terapiu baricitinibom, rituximabom a takrolimusom pri anti-MDA5 dermatomyositíde, ktorá zlepšila prežitie oproti konvenčnej liečbe, a ruxolitinib pri dermatomyositíde s trombocytózou.[2][4] Téma slúži ako platforma na zdieľanie predbežných skúseností s inovatívnymi liečbami.[1]</w:t>
      </w:r>
    </w:p>
    <w:p/>
    <w:p>
      <w:pPr>
        <w:jc w:val="center"/>
      </w:pPr>
      <w:r>
        <w:t>Vygenerované: 19.03.2026 07:02:29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